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PRÉVENTION ET CONTRÔLE DES INFECTIONS (PCI)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PRÉVENTION ET CONTRÔLE DES INFECTIONS (PCI)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