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INFIRMIER CHEF ADJOINT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INFIRMIER CHEF ADJOINT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