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QUALITY IMPROVEMENT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QUALITY IMPROVEMENT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