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CLINICAL MENTOR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CLINICAL MENTOR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M07400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