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UNSELLING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UNSELLING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