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LIAIS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LIAIS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