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AGENTE DE ENLACE MÉDICO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AGENTE DE ENLACE MÉDICO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M07600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