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LIAISON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LIAISON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