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TIC MOBILE OUTBREAK LABORATORY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TIC MOBILE OUTBREAK LABORATORY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