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IMULA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IMULA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