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IMULATION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IMULATION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