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SPECIALIST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SPECIALIST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