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ENFERMERÍA ESPECIALIZADA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ENFERMERÍA ESPECIALIZADA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