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DEPUTY DECENTRALIZATION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DEPUTY DECENTRALIZATION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M08400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