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DECENTRALIZATION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DECENTRALIZATION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