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INVESTIGADOR EPIDEMIOLÓGICO OPERACIONAL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INVESTIGADOR EPIDEMIOLÓGICO OPERACIONAL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