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NURSING TEAM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NURSING TEAM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