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DEL EQUIPO DE ENFERMERÍA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DEL EQUIPO DE ENFERMERÍA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