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SUPERVISOR/A DE COMADRONA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SUPERVISOR/A DE COMADRONA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