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SAGE FEMM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SAGE FEMM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