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ACTIVIT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ACTIVIT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