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HYSIOTHERAPIST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HYSIOTHERAPIST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