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FISIOTERAPI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FISIOTERAPI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