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CLÍNICO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CLÍNICO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