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ANAESTHETIST NURSE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ANAESTHETIST NURSE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