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 ANESTHÉSISTE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 ANESTHÉSISTE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