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PSYCHOLOGIST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PSYCHOLOGIST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M09500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