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YCHOLO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YCHOLO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