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ANTHROPOLOGIST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ANTHROPOLOGIST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