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TROPÓLOG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TROPÓLOG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