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HROPOLO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HROPOLO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