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ECIALIZED NURS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ECIALIZED NURS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