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NFERMERO ESPECIALIZAD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NFERMERO ESPECIALIZAD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