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MIDWIF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MIDWIF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