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ADRON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ADRON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