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SAGE FEMME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SAGE FEMME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M09900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