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CLINIC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CLINIC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M10100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