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MIDWIFE MENTOR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MIDWIFE MENTOR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M10400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