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NUTRICIÓN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NUTRICIÓN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