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 NUTRITION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 NUTRITION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