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 DE SALUD MENTAL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 DE SALUD MENTAL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