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BORATOR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BORATOR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