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 LABORATOIRE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 LABORATOIRE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