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DU SOUTIEN AUX PATIENTS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DU SOUTIEN AUX PATIENTS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