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RAYONS-X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RAYONS-X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