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AESTHESIA NURSE OR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AESTHESIA NURSE OR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