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ENFERMERO / TÉCNICO EN ANESTESIA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ENFERMERO / TÉCNICO EN ANESTESIA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M11600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