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FIRMIER  D'ANESTHÉSIE / TECHNICI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FIRMIER  D'ANESTHÉSIE / TECHNICI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