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FACILITATOR MEDICAL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FACILITATOR MEDICAL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