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FACILITATOR 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FACILITATOR 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